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/>
        <w:jc w:val="center"/>
      </w:pPr>
      <w:r>
        <w:rPr>
          <w:rFonts w:ascii="Noto Sans" w:hAnsi="Noto Sans" w:eastAsia="Noto Sans CJK JP" w:cs="Noto Sans Devanagari"/>
          <w:b/>
          <w:color w:val="173B57"/>
          <w:sz w:val="60"/>
        </w:rPr>
        <w:t>JLPT N3 漢字 446</w:t>
      </w:r>
    </w:p>
    <w:p>
      <w:pPr>
        <w:jc w:val="center"/>
      </w:pPr>
      <w:r>
        <w:rPr>
          <w:rFonts w:ascii="Noto Sans" w:hAnsi="Noto Sans" w:eastAsia="Noto Sans CJK JP" w:cs="Noto Sans Devanagari"/>
          <w:b/>
          <w:color w:val="2F6F8F"/>
          <w:sz w:val="30"/>
        </w:rPr>
        <w:t>45-Day Kanji Study Plan</w:t>
      </w:r>
    </w:p>
    <w:p>
      <w:pPr>
        <w:jc w:val="center"/>
      </w:pPr>
      <w:r>
        <w:rPr>
          <w:rFonts w:ascii="Noto Sans Devanagari" w:hAnsi="Noto Sans Devanagari" w:eastAsia="Noto Sans CJK JP" w:cs="Noto Sans Devanagari"/>
          <w:b/>
          <w:color w:val="2F6F8F"/>
          <w:sz w:val="28"/>
        </w:rPr>
        <w:t>कन्जी अध्ययन योजना</w:t>
      </w:r>
    </w:p>
    <w:p>
      <w:pPr>
        <w:spacing w:before="280"/>
        <w:jc w:val="center"/>
      </w:pPr>
      <w:r>
        <w:rPr>
          <w:rFonts w:ascii="Noto Sans" w:hAnsi="Noto Sans" w:eastAsia="Noto Sans CJK JP" w:cs="Noto Sans Devanagari"/>
          <w:b w:val="0"/>
          <w:color w:val="4A4A4A"/>
          <w:sz w:val="21"/>
        </w:rPr>
        <w:t>音読み  |  訓読み  |  नेपाली अर्थ  |  Useful Words</w:t>
      </w:r>
    </w:p>
    <w:p>
      <w:pPr>
        <w:spacing w:before="2200"/>
        <w:jc w:val="center"/>
      </w:pPr>
      <w:r>
        <w:rPr>
          <w:rFonts w:ascii="Noto Sans" w:hAnsi="Noto Sans" w:eastAsia="Noto Sans CJK JP" w:cs="Noto Sans Devanagari"/>
          <w:b/>
          <w:color w:val="173B57"/>
          <w:sz w:val="21"/>
        </w:rPr>
        <w:t>Clean Print Edition</w:t>
      </w:r>
    </w:p>
    <w:p>
      <w:pPr>
        <w:jc w:val="center"/>
      </w:pPr>
      <w:r>
        <w:rPr>
          <w:rFonts w:ascii="Noto Sans" w:hAnsi="Noto Sans" w:eastAsia="Noto Sans CJK JP" w:cs="Noto Sans Devanagari"/>
          <w:b w:val="0"/>
          <w:color w:val="4A4A4A"/>
          <w:sz w:val="19"/>
        </w:rPr>
        <w:t>Author: Dipwin</w:t>
      </w:r>
    </w:p>
    <w:p>
      <w:r>
        <w:br w:type="page"/>
      </w:r>
    </w:p>
    <w:p>
      <w:pPr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32"/>
        </w:rPr>
        <w:t>漢字の読み方</w:t>
      </w:r>
      <w:r>
        <w:rPr>
          <w:rFonts w:ascii="Noto Sans Devanagari" w:hAnsi="Noto Sans Devanagari" w:eastAsia="Noto Sans CJK JP" w:cs="Noto Sans Devanagari"/>
          <w:b/>
          <w:color w:val="173B57"/>
          <w:sz w:val="26"/>
        </w:rPr>
        <w:t xml:space="preserve">  |  कन्जी कसरी पढ्ने</w:t>
      </w:r>
    </w:p>
    <w:p>
      <w:pPr>
        <w:spacing w:after="80"/>
      </w:pPr>
      <w:r>
        <w:rPr>
          <w:rFonts w:ascii="Noto Sans" w:hAnsi="Noto Sans" w:eastAsia="Noto Sans CJK JP" w:cs="Noto Sans Devanagari"/>
          <w:b/>
          <w:color w:val="173B57"/>
          <w:sz w:val="21"/>
        </w:rPr>
        <w:t xml:space="preserve">音読み (おんよみ / On-yomi): </w:t>
      </w:r>
      <w:r>
        <w:rPr>
          <w:rFonts w:ascii="Noto Sans Devanagari" w:hAnsi="Noto Sans Devanagari" w:eastAsia="Noto Sans CJK JP" w:cs="Noto Sans Devanagari"/>
          <w:b w:val="0"/>
          <w:color w:val="222222"/>
          <w:sz w:val="19"/>
        </w:rPr>
        <w:t>दुई वा बढी कन्जी मिलेर शब्द बन्दा धेरै प्रयोग हुन्छ। यस पुस्तकमा カタカナ मा लेखिएको छ। उदाहरण: 学(ガク) + 校(コウ) → 学校（がっこう） = विद्यालय।</w:t>
      </w:r>
    </w:p>
    <w:p>
      <w:pPr>
        <w:spacing w:after="80"/>
      </w:pPr>
      <w:r>
        <w:rPr>
          <w:rFonts w:ascii="Noto Sans" w:hAnsi="Noto Sans" w:eastAsia="Noto Sans CJK JP" w:cs="Noto Sans Devanagari"/>
          <w:b/>
          <w:color w:val="173B57"/>
          <w:sz w:val="21"/>
        </w:rPr>
        <w:t xml:space="preserve">訓読み (くんよみ / Kun-yomi): </w:t>
      </w:r>
      <w:r>
        <w:rPr>
          <w:rFonts w:ascii="Noto Sans Devanagari" w:hAnsi="Noto Sans Devanagari" w:eastAsia="Noto Sans CJK JP" w:cs="Noto Sans Devanagari"/>
          <w:b w:val="0"/>
          <w:color w:val="222222"/>
          <w:sz w:val="19"/>
        </w:rPr>
        <w:t>कन्जी एक्लै वा हिरागानासँग (おくりがな) आउँदा धेरै प्रयोग हुन्छ। यस पुस्तकमा ひらがな मा लेखिएको छ। उदाहरण: 山（やま） = पहाड, 食べる（たべる） = खानु।</w:t>
      </w:r>
    </w:p>
    <w:p>
      <w:pPr>
        <w:spacing w:after="80"/>
      </w:pPr>
      <w:r>
        <w:rPr>
          <w:rFonts w:ascii="Noto Sans" w:hAnsi="Noto Sans" w:eastAsia="Noto Sans CJK JP" w:cs="Noto Sans Devanagari"/>
          <w:b/>
          <w:color w:val="173B57"/>
          <w:sz w:val="21"/>
        </w:rPr>
        <w:t xml:space="preserve">Reading mark ・: </w:t>
      </w:r>
      <w:r>
        <w:rPr>
          <w:rFonts w:ascii="Noto Sans Devanagari" w:hAnsi="Noto Sans Devanagari" w:eastAsia="Noto Sans CJK JP" w:cs="Noto Sans Devanagari"/>
          <w:b w:val="0"/>
          <w:color w:val="222222"/>
          <w:sz w:val="19"/>
        </w:rPr>
        <w:t>た・べる जस्तो थोप्लोले हिरागाना कहाँबाट सुरु हुन्छ भनेर देखाउँछ।</w:t>
      </w:r>
    </w:p>
    <w:p>
      <w:pPr>
        <w:spacing w:after="80"/>
      </w:pPr>
      <w:r>
        <w:rPr>
          <w:rFonts w:ascii="Noto Sans" w:hAnsi="Noto Sans" w:eastAsia="Noto Sans CJK JP" w:cs="Noto Sans Devanagari"/>
          <w:b/>
          <w:color w:val="173B57"/>
          <w:sz w:val="21"/>
        </w:rPr>
        <w:t xml:space="preserve">Hyphen -: </w:t>
      </w:r>
      <w:r>
        <w:rPr>
          <w:rFonts w:ascii="Noto Sans Devanagari" w:hAnsi="Noto Sans Devanagari" w:eastAsia="Noto Sans CJK JP" w:cs="Noto Sans Devanagari"/>
          <w:b w:val="0"/>
          <w:color w:val="222222"/>
          <w:sz w:val="19"/>
        </w:rPr>
        <w:t>त्यो किसिमको reading N3 का लागि सामान्य छैन वा आवश्यक छैन भन्ने संकेत हो।</w:t>
      </w:r>
    </w:p>
    <w:p>
      <w:pPr>
        <w:spacing w:after="80"/>
      </w:pPr>
      <w:r>
        <w:rPr>
          <w:rFonts w:ascii="Noto Sans" w:hAnsi="Noto Sans" w:eastAsia="Noto Sans CJK JP" w:cs="Noto Sans Devanagari"/>
          <w:b/>
          <w:color w:val="173B57"/>
          <w:sz w:val="21"/>
        </w:rPr>
        <w:t xml:space="preserve">Best method: </w:t>
      </w:r>
      <w:r>
        <w:rPr>
          <w:rFonts w:ascii="Noto Sans Devanagari" w:hAnsi="Noto Sans Devanagari" w:eastAsia="Noto Sans CJK JP" w:cs="Noto Sans Devanagari"/>
          <w:b w:val="0"/>
          <w:color w:val="222222"/>
          <w:sz w:val="19"/>
        </w:rPr>
        <w:t>कन्जीलाई एक्लै होइन, शब्दसँगै सिक्नुहोस्। JLPT मा vocabulary context धेरै महत्त्वपूर्ण हुन्छ।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EAF3F8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22"/>
              </w:rPr>
              <w:t>Daily Practice Method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 w:val="0"/>
                <w:color w:val="222222"/>
                <w:sz w:val="18"/>
              </w:rPr>
              <w:t>1. Read the kanji and words aloud.  2. Write kanji + reading + meaning 5 times.  3. Review yesterday before starting today.  4. Memorize at least 3 useful words.</w:t>
            </w:r>
          </w:p>
          <w:p>
            <w:pPr>
              <w:spacing w:after="0"/>
            </w:pPr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8"/>
              </w:rPr>
              <w:t>हरेक दिन: कन्जी, reading र अर्थ 5 पटक लेख्नुहोस्। हिजोको कन्जी 3 मिनेट review गरेर मात्र नयाँ दिन सुरु गर्नुहोस्।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1: Kanji 1-10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両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both; counter for carriages / cars (e.g., in a train) / दुवै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両替（りょうがえ）、両方（りょうほう）、両親（りょうしん）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予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beforehand; prediction; expectation / पहिले नै, अनुमान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予報（よほう）、予期（よき）、予測（よそく）、予算（よさん）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争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あらそ・う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argue; contend; dispute / झगडा, विवाद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論争（ろんそう）、戦争（せんそう）、競争（きょうそう）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交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か・わす、まじ・える、まじ・わる、ま・ざる、ま・じる、ま・ぜる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association; coming &amp; going; mixing / मिसाउनु, आदानप्रदान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交換（こうかん）、交際（こうさい）、外交（がいこう）、交通（こうつう）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他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ほか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another; other; the others / अरू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他人（たにん）、他社（たしゃ）、他（ほか）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付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つ・く、つ・ける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adhere; append; attach; refer to / जोड्नु, टाँस्नु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付き合い（つきあい）、味付け（あじつけ）、寄付（きふ）、受付（うけつけ）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伝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デン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つた・う、つた・える、つた・わる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communicate; report; follow; tradition / सुनाउनु, सार्नु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伝統（でんとう）、手伝い（てつだい）、伝える（つたえる）、手伝う（てつだう）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位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くらい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position; rank; about / स्थान, पद, करिब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位置（いち）、単位（たんい）、地位（ちい）、位（くらい）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係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かかり、かか・る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concern oneself; connection; duty; person in charge / जिम्मेवार व्यक्ति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人間関係（にんげんかんけい）、係（かかり）、信頼関係（しんらいかんけい）、関係（かんけい）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信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trust; belief / विश्वास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信じる（しんじる）、信念（しんねん）、信用（しんよう）、信頼（しんらい）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2: Kanji 11-20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側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がわ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side / छेउ, पक्ष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右側（みぎがわ）、左側（ひだりがわ）、側（そば）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全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ゼン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すべ・て、まった・く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all; entire; fulfill; whole / सबै, पूरा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全体（ぜんたい）、全員（ぜんいん）、全国（ぜんこく）、安全（あんぜん）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内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ダイ、ナイ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うち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inside; within; house; home; among; between / भित्र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内容（ないよう）、以内（いない）、家内（かない）、案内（あんない）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冷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レイ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さ・ます、さ・める、つめ・たい、ひ・える、ひ・や、ひ・やかす、ひ・やす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chill; cold (to the touch); cool / चिसो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冷凍庫（れいとうこ）、冷静（れいせい）、冷える（ひえる）、冷房（れいぼう）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初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はじ・め、はじ・めて、はつ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beginning; first time / पहिलो, सुरु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初心者（しょしんしゃ）、最初（さいしょ）、初めて（はじめて）、初めに（はじめに）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利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き・く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advantage; benefit; profit / फाइदा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不利（ふり）、利口（りこう）、利益（りえき）、有利（ゆうり）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加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くわ・える、くわ・わる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add; join; increase / थप्नु, सहभागी हुनु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加える（くわえる）、加わる（くわわる）、加減（かげん）、参加（さんか）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助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すけ、たす・かる、たす・ける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assist; help; rescue / मद्दत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助ける（たすける）、助手（じょしゅ）、援助（えんじょ）、救助（きゅうじょ）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労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ロウ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labor; effort; trouble / श्रम, मेहनत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労働（ろうどう）、苦労（くろう）、過労（かろう）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勝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か・つ、まさ・る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excel; prevail; victory; win / जित्नु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優勝（ゆうしょう）、勝ち（かち）、勝手（かって）、勝手に（かってに）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3: Kanji 21-30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化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カ、ケ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ば・かす、ば・ける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-ization; change; influence; take the form of / परिवर्तन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化学（かがく）、化粧（けしょう）、化粧品（けしょうひん）、変化（へんか）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単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merely; one; simple; single / सरल, एकल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単なる（たんなる）、単に（たんに）、単位（たんい）、単純（たんじゅん）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原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ゲン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はら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field; meadow; plain; original; primitive / मैदान, मूल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原因（げんいん）、原料（げんりょう）、草原（そうげん）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参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まい・る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come; go; visit; participate / भाग लिनु, जानु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参加（さんか）、参加者（さんかしゃ）、参考（さんこう）、参考になる（さんこうになる）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反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タン、ハン、ホン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そ・らす、そ・る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anti- / विरोध, उल्टो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反抗（はんこう）、違反（いはん）、反対（はんたい）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取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シュ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fetch; take / लिनु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取り上げる（とりあげる）、取り直す（とりなおす）、取引先（とりひきさき）、受け取る（うけとる）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受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ジュ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う・かる、う・ける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accept; receive; answer; catch / पाउनु, स्वीकार्नु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受かる（うかる）、受け取る（うけとる）、受ける（うける）、受付（うけつけ）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号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ゴウ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number; sign; signal / नम्बर, संकेत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信号（しんごう）、番号（ばんごう）、記号（きごう）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向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む・かう、む・く、む・ける、む・こう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face; tend toward; confront / दिशा, फर्किनु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傾向（けいこう）、向かい（むかい）、方向（ほうこう）、向う（むかう）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クン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きみ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you; male name suffix; ruler / तिमी, श्री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君（きみ）、～君（～くん）、君たち（きみたち）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4: Kanji 31-40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告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つ・げる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announce; inform; revelation; tell / बताउनु, घोषणा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報告（ほうこく）、報告書（ほうこくしょ）、広告（こうこく）、警告（けいこく）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商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あきな・う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trade in; make a deal; merchant / व्यापार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商人（しょうにん）、商品（しょうひん）、商売（しょうばい）、商店街（しょうてんがい）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園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その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garden; park; yard / बगैँचा, पार्क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動物園（どうぶつえん）、公園（こうえん）、幼稚園（ようちえん）、遊園地（ゆうえんち）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変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ヘン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か・える、か・わる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change; strange; unusual / परिवर्तन, अनौठो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変化（へんか）、変更（へんこう）、変える（かえる）、変わる（かわる）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夫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フ、フウ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おっと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husband; man / पति, पुरुष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夫人（ふじん）、夫婦（ふうふ）、工夫（くふう）、丈夫（じょうぶ）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失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うしな・う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lose; failure; mistake / गुमाउनु, गल्ती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失望（しつぼう）、失業（しつぎょう）、失敗（しっぱい）、失礼（しつれい）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守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シュ、ス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まも・る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protect; defend / रक्षा गर्नु, पालना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守る（まもる）、留守（るす）、お守り（おまもり）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完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completion; end; perfect / पूरा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完了（かんりょう）、完全（かんぜん）、完成（かんせい）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官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bureaucrat; government; organ (body) / सरकारी अधिकारी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警官（けいかん）、官庁（かんちょう）、外交官（がいこうかん）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定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ジョウ、テイ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さだ・か、さだ・まる、さだ・める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decide; fix; settle / निर्धारण गर्नु, स्थिर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勘定（かんじょう）、否定（ひてい）、安定（あんてい）、定期（ていき）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5: Kanji 41-50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実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み、みの・る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reality; truth / सत्य, वास्तविकता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事実（じじつ）、実に（じつに）、実は（じつは）、実施（じっし）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客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カク、キャク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client; customer; guest; visitor / अतिथि, ग्राहक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乗客（じょうきゃく）、観光客（かんこうきゃく）、観客（かんきゃく）、客（きゃく）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宿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シュク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やど、やど・す、やど・る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 stay; lodge; inn; dwelling / बस्ने ठाउँ, धर्मशाला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宿泊（しゅくはく）、下宿（げしゅく）、宿題（しゅくだい）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察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guess; perceive; judge / अनुमान गर्नु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観察（かんさつ）、診察（しんさつ）、警察（けいさつ）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対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タイ、ツイ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anti-; oppose; face; answer; respond / विरुद्ध, सामना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対する（たいする）、対象（たいしょう）、絶対（ぜったい）、反対（はんたい）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局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station; office; department / स्टेशन, कार्यालय, विभाग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テレビ局（テレビきょく）、結局（けっきょく）、薬局（やっきょく）、郵便局（ゆうびんきょく）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差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さ・す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difference; distinction; variation / फरक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差別（さべつ）、差し上げる（さしあげる）、交差点（こうさてん）、差す（さす）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席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seat; place; mat / सिट, आसन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出席率（しゅっせきりつ）、座席（ざせき）、欠席（けっせき）、出席（しゅっせき）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式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form; rule; to conform; ceremony; rite / समारोह, शैली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成人式（せいじんしき）、正式（せいしき）、～式（～しき）、式（しき）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当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あ・たる、あ・てる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hit; correct; apply / लाग्नु, सही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当たる（あたる）、当てる（あてる）、当時（とうじ）、当然（とうぜん）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6: Kanji 51-60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形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ギョウ、ケイ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かた、かたち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form; shape; style / आकार, रूप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人形（にんぎょう）、形（かたち）、形式（けいしき）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役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エキ、ヤク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role; work; service / भूमिका, कर्तव्य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役割（やくわり）、役立つ（やくだつ）、役に立つ（やくにたつ）、役（やく）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必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かなら・ず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certain; inevitable; invariably / निश्चित, आवश्यक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必ずしも（かならずしも）、必死（ひっし）、必ず（かならず）、必要（ひつよう）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念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ネン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bear in mind; attention; sense; thought / विचार, इच्छा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信念（しんねん）、記念（きねん）、残念（ざんねん）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息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いき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breath; son / सास, छोरा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息が切れる（いきがきれる）、息が止まる（いきがとまる）、息（いき）、息子（むすこ）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想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ソ、ソウ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idea; thought; imagine / विचार, कल्पना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思想（しそう）、想像（そうぞう）、理想（りそう）、連想（れんそう）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感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emotion; feeling; sensation / अनुभूति, भावना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感動（かんどう）、感心（かんしん）、感情（かんじょう）、感覚（かんかく）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成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ジョウ、セイ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な・す、な・る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become; turn into; grow; reach / बन्नु, बढ्नु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完成（かんせい）、成人（せいじん）、成人式（せいじんしき）、成功（せいこう）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59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戦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いくさ、たたか・う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battle; match; war / युद्ध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大戦（たいせん）、戦い（たたかい）、戦争（せんそう）、戦う（たたかう）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投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な・げる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throw; hurl; abandon; give up / फ्याँक्नु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投票（とうひょう）、投げる（なげる）、投手（とうしゅ）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7: Kanji 61-70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折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おり、お・る、お・れる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bend; break; fold; submit; yield / मोड्नु, भाँच्नु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骨折（こっせつ）、折る（おる）、折れる（おれる）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指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さ・す、ゆび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finger; indicate; point to / औंला, देखाउनु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指導（しどう）、指導員（しどういん）、目指す（めざす）、指輪（ゆびわ）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敗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やぶ・れる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defeat; failure; reversal / हार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失敗（しっぱい）、敗北（はいぼく）、勝敗（しょうはい）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数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ス、スウ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かず、かぞ・える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number; figures; to count; fate; plan / संख्या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人数（にんずう）、数える（かぞえる）、数字（すうじ）、数学（すうがく）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昔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シャク、セキ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むかし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antiquity; old times; once upon a time / पहिले, पुरानो समय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昔（むかし）、昔話（むかしばなし）、大昔（おおむかし）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昨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previous; yesterday / हिजो, अघिल्लो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昨年（さくねん）、昨晩（さくばん）、一昨年（おととし）、昨夜（さくや）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晴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は・らす、は・れる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clear up / घाम लाग्नु, सफा मौसम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素晴らしい（すばらしい）、晴れ（はれ）、晴れる（はれる）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曲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ま・がる、ま・げる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bend; lean; curve; fault; injustice; melody; composition / संगीत, मोड्नु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作曲（さっきょく）、曲がる（まがる）、曲（きょく）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69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最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もっと・も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extreme; most / सबैभन्दा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最低（さいてい）、最終（さいしゅう）、最高（さいこう）、～最中（～さいちゅう）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ボウ、モウ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のぞ・む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ambition; aspire to; desire; expect; hope / आशा, इच्छा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失望（しつぼう）、希望（きぼう）、希望者（きぼうしゃ）、望み（のぞみ）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8: Kanji 71-80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期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キ、ゴ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date; period; term / अवधि, समय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予期（よき）、学期（がっき）、定期（ていき）、延期（えんき）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未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ミ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not yet; future / अझै छैन, भविष्य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未来（みらい）、未定（みてい）、未経験（みけいけん）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末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バツ、マツ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すえ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end; last part / अन्त्य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年末（ねんまつ）、粗末（そまつ）、週末（しゅうまつ）、末（すえ）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束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たば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bundle; bind; promise / गुच्छा, बाँध्नु, वाचा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約束（やくそく）、束（たば）、花束（はなたば）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果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は・たす、は・て、は・てる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fruit; finish; complete; achieve / फल, परिणाम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効果（こうか）、効果的（こうかてき）、結果（けっか）、果物（くだもの）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様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さま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manner; way; Mr. / Ms. (suffix) / तरिका, अवस्था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同様（どうよう）、様々（さまざま）、様子（ようす）、模様（もよう）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横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オウ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よこ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side; horizontal / छेउ, तेर्सो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横切る（よこぎる）、横断（おうだん）、横（よこ）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機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はた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machine; airplane; opportunity; occasion; efficacy / मेशिन, मौका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機嫌（きげん）、機械（きかい）、機能（きのう）、機会（きかい）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79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欠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か・く、か・ける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lack; gap / अभाव, अनुपस्थिति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欠ける（かける）、欠席（けっせき）、欠点（けってん）、欠陥（けっかん）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次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シ、ジ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つぎ、つ・ぐ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next; order; sequence / अर्को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次々（つぎつぎ）、次回（じかい）、～次第（～しだい）、次（つぎ）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9: Kanji 81-90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歯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tooth / दाँत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虫歯（むしば）、歯医者（はいしゃ）、歯（は）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残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ザン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のこ・す、のこ・る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leftover; remainder / बाँकी रहनु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残業（ざんぎょう）、残念（ざんねん）、残す（のこす）、残り（のこり）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求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キュウ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もと・める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demand; request; want; wish for / माग्नु, खोज्नु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求める（もとめる）、要求（ようきゅう）、請求（せいきゅう）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決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き・まる、き・める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agree upon; appoint; decide; fix / निर्णय गर्नु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決定（けってい）、決心（けっしん）、解決（かいけつ）、決して（けっして）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治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ジ、チ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おさ・まる、おさ・める、なお・す、なお・る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subdue; suppress; calm down; cure; conserve / निको पार्नु, शासन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政治（せいじ）、治る（なおる）、治す（なおす）、治療（ちりょう）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法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ハッ、ホウ、ホッ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law; rule; method; model; principle / कानून, तरिका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作法（さほう）、憲法（けんぽう）、方法（ほうほう）、文法（ぶんぽう）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活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lively; living; be helped / जीवन, गतिविधि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活動（かつどう）、活気（かっき）、活用（かつよう）、生活（せいかつ）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流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リュウ、ル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なが・す、なが・れる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flow; current; fashion / बग्नु, प्रवाह, चलन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洗い流す（あらいながす）、流れる（ながれる）、流行（りゅうこう）、流す（ながす）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89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消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き・える、け・す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extinguish; cancel; neutralize; turn off / मेटाउनु, हराउनु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消費（しょうひ）、消防（しょうぼう）、消しゴム（けしごむ）、消える（きえる）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港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みなと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harbor / बन्दरगाह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空港（くうこう）、港（みなと）、漁港（ぎょこう）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10: Kanji 91-100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満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マン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み・たす、み・ちる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satisfy; fullness / भरिएको, सन्तुष्ट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不満（ふまん）、満ちる（みちる）、満足（まんぞく）、満開（まんかい）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点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テン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point; period; decimal point; speck; spot / बिन्दु, अंक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欠点（けってん）、要点（ようてん）、交差点（こうさてん）、点（てん）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熱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ネツ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あつ・い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heat; fever; enthusiasm / ताप, ज्वरो, जोश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熱中（ねっちゅう）、熱帯（ねったい）、熱心（ねっしん）、熱い（あつい）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球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キュウ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たま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ball; sphere / बल, गोला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地球（ちきゅう）、地球上（ちきゅうじょう）、球（きゅう）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由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ユ、ユイ、ユウ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よし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reason / कारण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不自由（ふじゆう）、経由（けいゆ）、理由（りゆう）、自由（じゆう）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申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もう・す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humble “say”; apply / विनम्र रूपमा भन्नु, आवेदन गर्नु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申し訳（もうしわけ）、申し込む（もうしこむ）、申し上げる（もうしあげる）、申す（もうす）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番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バン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number in a series / पालो, क्रम संख्या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順番（じゅんばん）、番組（ばんぐみ）、一番（いちばん）、番号（ばんごう）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登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ト、トウ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のぼ・る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ascend; climb up / चढ्नु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登山（とざん）、登る（のぼる）、登校（とうこう）、登録（とうろく）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99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直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ジキ、チョク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ただ・ちに、なお・す、なお・る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frankness; honesty; repair; fix / सिधा, सुधार्नु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取り直す（とりなおす）、正直（しょうじき）、直ちに（ただちに）、直に（じきに）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相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ショウ、ソウ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mutual; each other; minister / आपसी, परस्पर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相当（そうとう）、相手（あいて）、相続（そうぞく）、首相（しゅしょう）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11: Kanji 101-110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石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コク、シャク、セキ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いし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stone / ढुंगा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宝石（ほうせき）、石油（せきゆ）、石炭（せきたん）、石けん（せっけん）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礼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ライ、レイ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bow; salute; gratitude; ceremony / नमस्कार, धन्यवाद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礼儀（れいぎ）、失礼（しつれい）、お礼（おれい）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神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シン、ジン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かみ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god; soul / देवता, आत्मा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神様（かみさま）、神経（しんけい）、精神（せいしん）、神社（じんじゃ）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科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department; section / विभाग, विषय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教科書（きょうかしょ）、科目（かもく）、科学（かがく）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種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シュ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たね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seed; species; class; variety / प्रकार, बीउ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一種（いっしゅ）、人種（じんしゅ）、種類（しゅるい）、種（たね）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笑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え・む、わら・う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laugh / हाँस्नु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微笑む（ほほえむ）、笑顔（えがお）、笑い（わらい）、笑う（わらう）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箱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はこ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bin; box; case / बक्स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箱（はこ）、本箱（ほんばこ）、ごみ箱（ごみばこ）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米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ベイ、マイ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こめ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rice; America / चामल, अमेरिका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米（こめ）、米国（べいこく）、新米（しんまい）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109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約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ヤク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approximately; promise / वाचा, करिब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契約（けいやく）、婚約（こんやく）、節約（せつやく）、予約（よやく）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組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くみ、く・む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assemble; cooperate; unite; braid / समूह, जोड्नु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組合（くみあい）、組織（そしき）、番組（ばんぐみ）、組（くみ）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12: Kanji 111-120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絵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エ、カイ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drawing; painting; picture / चित्र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絵画（かいが）、絵（え）、絵本（えほん）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続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ゾク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つづ・く、つづ・ける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continue; sequel; series / जारी रहनु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相続（そうぞく）、続き（つづき）、連続（れんぞく）、続く（つづく）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美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ビ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うつく・しい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beautiful; beauty / सुन्दरता, सुन्दर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美人（びじん）、美容院（びよういん）、美しい（うつくしい）、美術館（びじゅつかん）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育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そだ・つ、そだ・てる、はぐく・む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raise; rear; grow up / हुर्काउनु, बढ्नु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体育（たいいく）、子育て（こそだて）、育つ（そだつ）、教育（きょういく）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船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ふね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boat; ship / जहाज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船（ふね）、船便（ふなびん）、風船（ふうせん）、乗船（じょうせん）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苦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くる・しい、くる・しむ、くる・しめる、にが・い、にが・る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hardship; suffering; bitterness / दुःख, तीतो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苦しい（くるしい）、苦しむ（くるしむ）、苦労（くろう）、苦手（にがて）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葉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leaf; word / पात, शब्द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葉書（はがき）、言葉（ことば）、葉（は）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表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あらわ・す、あらわ・れる、おもて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chart; diagram; surface / सतह, तालिका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代表（だいひょう）、発表（はっぴょう）、表れる（あらわれる）、表情（ひょうじょう）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119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要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い・る、かなめ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essence; main point; need / आवश्यक, मुख्य कुरा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不要（ふよう）、主要（しゅよう）、要求（ようきゅう）、重要（じゅうよう）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観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appearance; condition; view / दृष्टिकोण, अवलोकन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観光（かんこう）、観光地（かんこうち）、観光客（かんこうきゃく）、観客（かんきゃく）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13: Kanji 121-130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記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しる・す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mark; note; write down; record / रेकर्ड, लेख्नु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上記（じょうき）、記事（きじ）、記入（きにゅう）、記録（きろく）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調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チョウ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しら・べる、ととの・う、ととの・える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investigate; adjust; condition / जाँच्नु, मिलाउनु, अवस्था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体調（たいちょう）、強調（きょうちょう）、調子（ちょうし）、調査（ちょうさ）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談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ダン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discuss; talk / कुराकानी, छलफल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冗談（じょうだん）、相談（そうだん）、面談（めんだん）、会談（かいだん）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議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ギ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consideration; debate; deliberation / छलफल, बहस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不思議（ふしぎ）、議会（ぎかい）、議員（ぎいん）、議論（ぎろん）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負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お・う、ま・かす、ま・ける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minus; negative; bear; defeat / हार्नु, बोक्नु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負け（まけ）、負ける（まける）、勝負（しょうぶ）、負担（ふたん）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費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つい・える、つい・やす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spend; waste; expense; cost / खर्च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学費（がくひ）、消費（しょうひ）、費用（ひよう）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路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road; path / बाटो, मार्ग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道路（どうろ）、線路（せんろ）、通路（つうろ）、路線（ろせん）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辞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や・める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resign; word; dictionary / छोड्नु, शब्द, शब्दकोश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辞める（やめる）、辞典（じてん）、辞書（じしょ）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129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返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ヘン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かえ・す、かえ・る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return; reply / फर्काउनु, जवाफ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繰り返す（くりかえす）、返却（へんきゃく）、返事（へんじ）、返す（かえす）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速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すみ・やか、はや・い、はや・める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fast; quick / छिटो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急速（きゅうそく）、速度（そくど）、高速（こうそく）、速い（はやい）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14: Kanji 131-140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連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レン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つら・なる、つら・ねる、つ・れる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connect; join; continue / जोड्नु, लिएर जानु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連想（れんそう）、連続（れんぞく）、関連（かんれん）、連れる（つれる）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遊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ユ、ユウ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あそ・ぶ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play / खेल्नु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遊び（あそび）、遊ぶ（あそぶ）、遊園地（ゆうえんち）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選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えら・ぶ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choose; select / छान्नु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スポーツ選手（スポーツせんしゅ）、選手（せんしゅ）、選択（せんたく）、選ぶ（えらぶ）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部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ブ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bureau; department; group; government office; bring together; govern / भाग, विभाग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営業部（えいぎょうぶ）、大部分（だいぶぶん）、部分（ぶぶん）、部長（ぶちょう）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配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くば・る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distribute / बाँड्नु, व्यवस्था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支配（しはい）、配送（はいそう）、配達（はいたつ）、心配（しんぱい）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酒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シュ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さけ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alcohol; sake / रक्सी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酒（さけ）、お酒（おさけ）、居酒屋（いざかや）、日本酒（にほんしゅ）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関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かか・わる、せき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connection; gateway / सम्बन्ध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人間関係（にんげんかんけい）、関心（かんしん）、関連（かんれん）、関係（かんけい）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雪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ゆき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snow / हिउँ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雪（ゆき）、大雪（おおゆき）、雪国（ゆきぐに）、初雪（はつゆき）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139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面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メン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おも、おもて、つら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face; mask; surface / अनुहार, सतह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場面（ばめん）、画面（がめん）、表面（ひょうめん）、面倒（めんどう）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願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ガン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ねが・う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hope; pray; wish / बिन्ती, इच्छा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願い（ねがい）、願う（ねがう）、お願い（おねがい）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15: Kanji 141-150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類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ルイ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たぐ・い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variety; class; kind / प्रकार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人類（じんるい）、書類（しょるい）、種類（しゅるい）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と・ばす、と・ぶ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fly; skip (pages) / उड्नु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飛び出す（とびだす）、飛行（ひこう）、飛行場（ひこうじょう）、飛ぶ（とぶ）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馬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バ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うま、ま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horse / घोडा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馬（うま）、競馬（けいば）、馬車（ばしゃ）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鳴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メイ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な・く、な・らす、な・る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bark; chirp; cry; honk; ring / आवाज गर्नु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鳴き声（なきごえ）、鳴る（なる）、鳴く（なく）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亡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ボウ、モウ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deceased; dying; perish / मृत, मर्नु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死亡（しぼう）、亡くなる（なくなる）、亡くす（なくす）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件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item; matter / मामिला, कुरा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事件（じけん）、条件（じょうけん）、件（けん）、用件（ようけん）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例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レイ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たと・える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example; precedent / उदाहरण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例（れい）、例年（れいねん）、例えば（たとえば）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倍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バイ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double; times / गुणा, दोब्बर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～倍（～ばい）、二倍（にばい）、倍増（ばいぞう）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149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値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チ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あたい、ね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cost; price; value / मूल्य, दाम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価値（かち）、値上がり（ねあがり）、値上げ（ねあげ）、値下げ（ねさげ）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備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ビ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そな・える、そな・わる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preparation / तयारी, व्यवस्था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備える（そなえる）、設備（せつび）、準備（じゅんび）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16: Kanji 151-160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優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ユウ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すぐ・れる、やさ・しい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actor; excel; surpass; gentleness / दयालु, उत्कृष्ट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俳優（はいゆう）、優れる（すぐれる）、優勝（ゆうしょう）、優秀（ゆうしゅう）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共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とも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together; with; alike; both / सँगै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共に（ともに）、共同（きょうどう）、共通（きょうつう）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具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グ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container; utensil; detailed; preparation / उपकरण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具体（ぐたい）、具体的（ぐたいてき）、家具（かぐ）、具合（ぐあい）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列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レツ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column; row; rank / लहर, पंक्ति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列（れつ）、列車（れっしゃ）、行列（ぎょうれつ）、整列（せいれつ）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刻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きざ・む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chop; mince; carve; engrave / कुँद्नु, समय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時刻（じこく）、深刻（しんこく）、遅刻（ちこく）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割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さ・く、わり、わ・る、わ・れる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proportion; split; divide / भाग लगाउनु, अनुपात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割る（わる）、役割（やくわり）、割れる（われる）、割合（わりあい）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努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ド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つと・める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diligent; toil / प्रयास, मेहनत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努力（どりょく）、努める（つとめる）、努力家（どりょくか）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務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ム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つと・める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duty; task / कर्तव्य, काम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事務（じむ）、義務（ぎむ）、事務所（じむしょ）、公務員（こうむいん）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159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勤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キン、ゴン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つと・まる、つと・める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 employed; serve / काम, सेवा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勤め（つとめ）、勤める（つとめる）、出勤（しゅっきん）、勤務（きんむ）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危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あぶ・ない、あや・うい、あや・ぶむ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dangerous; fear / खतरा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危険（きけん）、危ない（あぶない）、危機（きき）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17: Kanji 161-170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吸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キュウ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す・う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inhale; suck / सास तान्नु, चुस्नु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吸収（きゅうしゅう）、呼吸（こきゅう）、吸う（すう）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呼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よ・ぶ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call; invite / बोलाउनु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呼吸（こきゅう）、呼ぶ（よぶ）、呼び出す（よびだす）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命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ミョウ、メイ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いのち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life; fate; command / जीवन, भाग्य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命（いのち）、命じる（めいじる）、命令（めいれい）、生命（せいめい）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和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オ、ワ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なご・む、なご・やか、やわ・らぐ、やわ・らげる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harmony; Japan; Japanese style; peace; soften / शान्ति, जापानी शैली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和菓子（わがし）、平和（へいわ）、和食（わしょく）、調和（ちょうわ）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喜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よろこ・ぶ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rejoice; enjoy; congratulations / खुशी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喜び（よろこび）、喜ぶ（よろこぶ）、大喜び（おおよろこび）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因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 depend on; follow; be connected with / कारण, तत्व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原因（げんいん）、要因（よういん）、因る（よる）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困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こま・る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annoyed; distressed / समस्या, अप्ठ्यारो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困難（こんなん）、困る（こまる）、貧困（ひんこん）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在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ザイ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 exist; countryside / हुनु, अवस्थित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存在（そんざい）、滞在（たいざい）、現在（げんざい）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169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型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かた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type; model; shape / नमुना, ढाँचा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典型（てんけい）、型（かた）、髪型（かみがた）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報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ホウ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むく・いる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news; to report; retaliation / रिपोर्ट, खबर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予報（よほう）、報告（ほうこく）、報告書（ほうこくしょ）、情報（じょうほう）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18: Kanji 171-180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塩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しお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salt / नुन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塩（しお）、食塩（しょくえん）、塩分（えんぶん）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増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ゾウ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ふ・える、ふ・やす、ま・す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add; augment; increase / बढ्नु, बढाउनु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増す（ます）、増加（ぞうか）、増える（ふえる）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妻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つま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wife / पत्नी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妻（つま）、夫妻（ふさい）、妻子（さいし）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婦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bride; wife; woman / महिला, पत्नी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主婦（しゅふ）、夫婦（ふうふ）、婦人（ふじん）、新婦（しんぷ）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存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ソン、ゾン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exist; to preserve; to know of / अस्तित्व, थाहा हुनु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保存（ほぞん）、存在（そんざい）、ご存じ（ごぞんじ）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宅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home; house; my husband / घर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住宅（じゅうたく）、帰宅（きたく）、お宅（おたく）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容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contain; form; shape / समेट्नु, रूप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内容（ないよう）、容易（ようい）、美容院（びよういん）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寺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てら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Buddhist temple / मन्दिर (बौद्ध)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寺（てら）、お寺（おてら）、寺院（じいん）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179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島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しま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island / टापु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島（しま）、半島（はんとう）、島国（しまぐに）、無人島（むじんとう）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希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hope; request; sparse; rare / आशा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希望（きぼう）、希望者（きぼうしゃ）、希少（きしょう）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19: Kanji 181-190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師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teacher; master; specialist / गुरु, विशेषज्ञ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医師（いし）、技師（ぎし）、教師（きょうし）、看護師（かんごし）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常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つね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always; continually; ordinary; normal / सामान्य, सधैंको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常に（つねに）、常識（じょうしき）、日常（にちじょう）、異常（いじょう）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平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ビョウ、ヘイ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たい・ら、ひら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flat; peace / समतल, शान्ति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不平（ふへい）、公平（こうへい）、平ら（たいら）、平和（へいわ）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幸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さいわ・い、さち、しあわ・せ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fortune; happiness / खुशी, सौभाग्य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不幸（ふこう）、幸い（さいわい）、幸せ（しあわせ）、幸福（こうふく）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座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ザ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すわ・る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sit; seat; cushion / बस्नु, सिट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座席（ざせき）、座る（すわる）、正座（せいざ）、星座（せいざ）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庫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ク、コ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warehouse / गोदाम, भण्डार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冷凍庫（れいとうこ）、金庫（きんこ）、冷蔵庫（れいぞうこ）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庭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テイ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にわ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courtyard; garden / बगैँचा, आँगन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家庭（かてい）、庭（にわ）、庭園（ていえん）、校庭（こうてい）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徒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pupil; on foot / विद्यार्थी, पैदल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生徒（せいと）、徒歩（とほ）、生徒会（せいとかい）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189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得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う・る、え・る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profit; benefit; advantage; gain / प्राप्त गर्नु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得る（える）、得意（とくい）、納得（なっとく）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忘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ボウ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わす・れる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forget / बिर्सनु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忘れ物（わすれもの）、忘れる（わすれる）、忘年会（ぼうねんかい）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20: Kanji 191-200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性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ショウ、セイ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gender; nature / स्वभाव, लिङ्ग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性格（せいかく）、女性（じょせい）、男性（だんせい）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悲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かな・しい、かな・しむ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sad; regret / दुःखी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悲しむ（かなしむ）、悲劇（ひげき）、悲しい（かなしい）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情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ジョウ、セイ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なさ・け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emotion; feelings; circumstances / भावना, परिस्थिति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事情（じじょう）、友情（ゆうじょう）、情報（じょうほう）、愛情（あいじょう）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アイ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love / माया, स्नेह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愛（あい）、愛する（あいする）、愛情（あいじょう）、可愛い（かわいい）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才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genius; years old / प्रतिभा, वर्ष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才能（さいのう）、天才（てんさい）、秀才（しゅうさい）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打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ダ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う・つ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hit; strike / हिर्काउनु, प्रहार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打つ（うつ）、打ち合わせ（うちあわせ）、打者（だしゃ）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支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ささ・える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branch; support / समर्थन, शाखा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支出（ししゅつ）、支店（してん）、支払う（しはらう）、支給（しきゅう）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放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ホウ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はな・す、はな・つ、はな・れる、ほう・る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release; liberate; broadcast; emit / छोड्नु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放す（はなす）、放送（ほうそう）、放課後（ほうかご）、開放（かいほう）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199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散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ち・らかす、ち・らかる、ち・らす、ち・る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spend; scatter; disperse / छर्नु, फैलिनु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散歩（さんぽ）、散る（ちる）、解散（かいさん）、散らかす（ちらかす）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整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ととの・う、ととの・える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arrange; put in order / राख्नु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整理（せいり）、整える（ととのえる）、調整（ちょうせい）、整備（せいび）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21: Kanji 201-210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断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ダン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ことわ・る、た・つ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decline; refuse; decide; absolutely / अस्वीकार, काट्नु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判断（はんだん）、断る（ことわる）、横断（おうだん）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易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イ、エキ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やさ・しい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simple; easy; smooth; modify; fortune-telling / सजिलो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容易（ようい）、貿易（ぼうえき）、易しい（やさしい）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晩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バン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night / रात, साँझ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一晩（ひとばん）、昨晩（さくばん）、今晩（こんばん）、晩（ばん）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景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scenery; view / दृश्य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光景（こうけい）、景気（けいき）、風景（ふうけい）、景色（けしき）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札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ふだ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paper money; note; tag; label / नोट, कागजी पैसा, नाम-पट्टी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札（さつ）、お札（おさつ）、改札（かいさつ）、名札（なふだ）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材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ザイ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ingredients; materials; talent; timber; wood / सामग्री, काठ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材料（ざいりょう）、食材（しょくざい）、木材（もくざい）、教材（きょうざい）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格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カク、コウ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case (law, grammar); character; rank; status / स्तर, दर्जा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価格（かかく）、合格（ごうかく）、合格者（ごうかくしゃ）、性格（せいかく）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案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アン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plan; idea; proposal; guide / योजना, प्रस्ताव, उपाय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提案（ていあん）、案（あん）、答案（とうあん）、案内（あんない）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209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構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かま・う、かま・える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build; posture; pretend / बनावट, निर्माण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構成（こうせい）、構う（かまう）、結構（けっこう）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欲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ほっ・する、ほ・しい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desire; greed; longing; passion / इच्छा, लोभ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食欲（しょくよく）、欲しい（ほしい）、意欲（いよく）、欲張り（よくばり）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22: Kanji 211-220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段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ダン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stairs / सिँढी, तह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手段（しゅだん）、普段（ふだん）、段（だん）、値段（ねだん）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殺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サイ、サツ、セツ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ころ・す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kill; slice off; split / मार्नु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殺す（ころす）、自殺（じさつ）、殺人（さつじん）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氷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こおり、ひ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ice; freeze / बरफ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氷（こおり）、氷山（ひょうざん）、かき氷（かきごおり）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油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あぶら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fat; oil / तेल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油（あぶら）、石油（せきゆ）、醤油（しょうゆ）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波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なみ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waves / छाल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波（なみ）、津波（つなみ）、電波（でんぱ）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泣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キュウ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な・く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cry; weep / रुनु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泣く（なく）、泣き声（なきごえ）、泣き虫（なきむし）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泳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およ・ぐ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swim / पौडिनु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泳ぎ（およぎ）、水泳（すいえい）、泳ぐ（およぐ）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深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ふか・い、ふか・まる、ふか・める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intensify / गहिरो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深刻（しんこく）、深い（ふかい）、深夜（しんや）、興味深い（きょうみぶかい）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219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済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す・ます、す・む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come to an end; finish; settle / सक्नु, समाधान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済ませる（すませる）、経済学（けいざいがく）、済む（すむ）、経済（けいざい）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温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オン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あたた・か、あたた・かい、あたた・まる、あたた・める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warm / न्यानो, तातो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体温（たいおん）、気温（きおん）、温度（おんど）、温暖（おんだん）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23: Kanji 221-230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無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ブ、ム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none; not; nothing / होइन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無事（ぶじ）、無料（むりょう）、無視（むし）、無駄（むだ）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然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ゼン、ネン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however; in that case; burn / प्राकृतिक, त्यस्तो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偶然（ぐうぜん）、天然（てんねん）、当然（とうぜん）、突然（とつぜん）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焼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や・く、や・ける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bake; burn / जल्नु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焼く（やく）、焼ける（やける）、夕焼け（ゆうやけ）、焼肉（やきにく）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現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ゲン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あらわ・す、あらわ・れる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actual; existing; present / वर्तमान, देखा पर्नु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実現（じつげん）、現す（あらわす）、現れ（あらわれ）、現れる（あらわれる）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留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リュウ、ル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と・まる、と・める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fasten; detain; halt / बस्नु, रोक्नु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留める（とどめる）、留学（りゅうがく）、留守（るす）、留学生（りゅうがくせい）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ツウ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いた・い、いた・む、いた・める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damage; hurt; pain / दुखाइ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痛み（いたみ）、苦痛（くつう）、頭痛（ずつう）、痛い（いたい）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的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テキ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まと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target; -al / -like (suffix) / लक्ष्य, …जस्तो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一時的（いちじてき）、一般的（いっぱんてき）、具体的（ぐたいてき）、効果的（こうかてき）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確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たし・か、たし・かめる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clear; evident; firm; solid / निश्चित, पक्का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明確（めいかく）、正確（せいかく）、確かめる（たしかめる）、確実（かくじつ）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229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示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シ、ジ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しめ・す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show; display; express / देखाउनु, संकेत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掲示（けいじ）、掲示板（けいじばん）、示す（しめす）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祭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まつ・り、まつ・る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ritual; pray; celebrate / चाडपर्व, उत्सव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お祭り（おまつり）、祭り（まつり）、祭日（さいじつ）、文化祭（ぶんかさい）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24: Kanji 231-240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積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つ・む、つ・もる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stack; pile; amass; product of multiplication / थुपार्नु, जम्मा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積もる（つもる）、積極的（せっきょくてき）、面積（めんせき）、積む（つむ）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窓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まど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pane; window / झ्याल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窓（まど）、窓口（まどぐち）、窓際（まどぎわ）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等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ひと・しい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etc.; similar; equal / बराबर, आदि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上等（じょうとう）、平等（びょうどう）、等しい（ひとしい）、高等学校（こうとうがっこう）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細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こま・か、こま・かい、ほそ・い、ほそ・る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thin; narrow; detailed; precise / पातलो, बारीक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細かい（こまかい）、細い（ほそい）、詳細（しょうさい）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経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キョウ、ケイ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へ・る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pass (time); manage; experience / बित्नु, अनुभव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神経（しんけい）、経営（けいえい）、経由（けいゆ）、経済（けいざい）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結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むす・ぶ、ゆ・う、ゆ・わえる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bind; join; fasten; contract / बाँध्नु, निष्कर्ष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結局（けっきょく）、結果（けっか）、結論（けつろん）、結婚（けっこん）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給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キュウ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bestow on; grant; salary; wage / तलब, आपूर्ति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供給（きょうきゅう）、支給（しきゅう）、時給（じきゅう）、給料（きゅうりょう）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緑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リョク、ロク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みどり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green / हरियो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緑（みどり）、緑色（みどりいろ）、新緑（しんりょく）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239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線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line; track / रेखा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線（せん）、電線（でんせん）、点線（てんせん）、新幹線（しんかんせん）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練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レン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ね・る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practice; polish; refine / अभ्यास, माझ्नु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訓練（くんれん）、練習（れんしゅう）、洗練（せんれん）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25: Kanji 241-250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置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チ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お・く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place; put; keep; leave / राख्नु, स्थान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位置（いち）、装置（そうち）、置く（おく）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老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ロウ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お・いる、ふ・ける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grow old; old man / बुढ्यौली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老い（おい）、老人（ろうじん）、老後（ろうご）、老化（ろうか）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職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employment; work / पेशा, जागिर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就職（しゅうしょく）、職（しょく）、職場（しょくば）、職業（しょくぎょう）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腹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はら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abdomen; stomach / पेट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腹（はら）、腹が立つ（はらがたつ）、お腹（おなか）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良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good; skilled / राम्रो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仲が良い（なかがいい）、仲良い（なかいい）、良い（いい、よい）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若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ジャク、ニャク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も・しくは、わか・い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young; immature; perhaps; few in number / युवा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若者（わかもの）、若い（わかい）、若手（わかて）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草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くさ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grass; weeds; herbs; draft; beginning / घाँस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草（くさ）、雑草（ざっそう）、草花（くさばな）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荷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に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baggage; to bear; to shoulder / भारी, सामान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手荷物（てにもつ）、荷物（にもつ）、入荷（にゅうか）、荷台（にだい）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249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落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ラク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お・ちる、お・とす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fall; drop / झर्नु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落とす（おとす）、落ちる（おちる）、落ち着く（おちつく）、落第（らくだい）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術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ジュツ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skill; technique; art / सीप, प्रविधि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手術（しゅじゅつ）、芸術（げいじゅつ）、技術（ぎじゅつ）、美術館（びじゅつかん）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26: Kanji 251-260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衣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ころも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clothes; garment / लुगा, वस्त्र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浴衣（ゆかた）、衣服（いふく）、衣装（いしょう）、更衣室（こういしつ）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覚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おぼ・える、さ・ます、さ・める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wake up; memorize; remember / सम्झनु, ब्यूँझनु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感覚（かんかく）、目が覚める（めがさめる）、目覚まし時計（めざましどけい）、覚悟（かくご）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解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カイ、ゲ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と・かす、と・く、と・ける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answer; explanation; undo; unravel; cancel; key / समाधान, व्याख्या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理解（りかい）、見解（けんかい）、解決（かいけつ）、解釈（かいしゃく）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認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ニン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みと・める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acknowledge; recognize / स्वीकार्नु, चिन्नु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承認（しょうにん）、確認（かくにん）、認める（みとめる）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警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ケイ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caution; warn against; surprise / चेतावनी, प्रहरी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警告（けいこく）、警察（けいさつ）、警官（けいかん）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身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self; body / शरीर, आफैं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中身（なかみ）、出身（しゅっしん）、独身（どくしん）、自身（じしん）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追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ツイ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お・う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chase; follow ;pursue / पछ्याउनु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追い付く（おいつく）、追う（おう）、追加（ついか）、追突（ついとつ）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過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あやま・ち、あやま・つ、す・ぎる、す・ごす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pass; exceed; mistake / नाघ्नु, बित्नु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昼過ぎ（ひるすぎ）、通り過ぎる（とおりすぎる）、通過（つうか）、過去（かこ）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259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達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attain; reach / पुग्नु; (बहुवचन)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上達（じょうたつ）、発達（はったつ）、達する（たっする）、配達（はいたつ）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適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テキ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capable; qualified; suitable / उपयुक्त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快適（かいてき）、適切（てきせつ）、適度（てきど）、適用（てきよう）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27: Kanji 261-270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量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はか・る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amount; quantity; weight; estimate; measure / परिमाण, मात्रा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大量（たいりょう）、量（りょう）、数量（すうりょう）、測量（そくりょう）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鉄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テツ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iron / फलाम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鉄（てつ）、鉄道（てつどう）、地下鉄（ちかてつ）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閉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ヘイ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し・まる、し・める、と・ざす、と・じる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closed; shut / बन्द गर्नु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閉じる（とじる）、閉まる（しまる）、閉める（しめる）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降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お・りる、お・ろす、ふ・る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descend; fall; precipitate; surrender / झर्नु, ओर्लनु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降ろす（おろす）、降り出す（ふりだす）、降りる（おりる）、降る（ふる）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限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ゲン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かぎ・る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limit; restrict / सीमा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制限（せいげん）、限る（かぎる）、限界（げんかい）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陽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 the sun; bright / घाम, सूर्यप्रकाश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太陽（たいよう）、陽気（ようき）、太陽光（たいようこう）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階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stairs; up and down / तल्ला, खुड्किलो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～階建て（～かいだて）、階段（かいだん）、～階（～かい）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きわ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edge; verge; relationship; interval; fate / अवसर, बेला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交際（こうさい）、実際（じっさい）、～際（さい）、国際（こくさい）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269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雑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ザツ、ゾウ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mixed; disordered / विविध, मिश्रित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混雑（こんざつ）、複雑（ふくざつ）、雑誌（ざっし）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難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ナン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かた・い、むずか・しい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difficult; tough; misfortune; sorrow; fight; rebuke / गाह्रो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困難（こんなん）、難しい（むずかしい）、難民（なんみん）、無難（ぶなん）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28: Kanji 271-280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雲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ウン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くも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cloud / बादल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雲（くも）、雲海（うんかい）、雨雲（あまぐも）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静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ジョウ、セイ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しず・か、しず・まる、しず・める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quiet / शान्त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冷静（れいせい）、静か（しずか）、静止（せいし）、安静（あんせい）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非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poor; error; blame; non- / नकारात्मक, होइन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非常（ひじょう）、是非（ぜひ）、非常に（ひじょうに）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並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ヘイ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なみ、なら・びに、なら・ぶ、なら・べる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line up; line; both; identical; ordinary / दुवै、रेखा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並ぶ（ならぶ）、並べる（ならべる）、並木（なみき）、人並み（ひとなみ）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丸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ガン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まる、まる・い、まる・める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circle; make circular; entirely; perfectly / पूर्ण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丸（まる）、丸い（まるい）、丸ごと（まるごと）、日の丸（ひのまる）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任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ニン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まか・す、まか・せる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entrust; shoulder; endure; work; duty / जिम्मेवारी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任せる（まかせる）、責任（せきにん）、担任（たんにん）、任務（にんむ）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似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に・る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imitate; resemble / मिल्दोजुल्दो हुनु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似合う（にあう）、真似（まね）、似る（にる）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余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あま・す、あま・る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remainder; surplus / बाँकी, धेरै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余り（あまり、あんまり）、余分（よぶん）、余裕（よゆう）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279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供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キョウ、ク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そな・える、とも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offer; sacrifice; supply / प्रदान गर्नु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供給（きょうきゅう）、子供（こども）、提供（ていきょう）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価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あたい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price; value / मूल्य, दाम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価値（かち）、価格（かかく）、物価（ぶっか）、評価（ひょうか）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29: Kanji 281-290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個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individual / वटा (गन्ती), व्यक्तिगत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個人（こじん）、～個（～こ）、個性（こせい）、個別（こべつ）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冊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サク、サツ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tome; volume; counter for books / गणना、गन्नु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～冊（～さつ）、別冊（べっさつ）、冊子（さっし）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再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サ、サイ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ふたた・び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again; twice / फेरि, पुनः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再び（ふたたび）、再度（さいど）、再来月（さらいげつ）、再来週（さらいしゅう）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処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put; fix; place / व्यवहार गर्नु, स्थान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処理（しょり）、対処（たいしょ）、処分（しょぶん）、処方（しょほう）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判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ハン、バン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judgement; seal; signature / निर्णय, छाप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判断（はんだん）、審判（しんぱん）、批判（ひはん）、裁判（さいばん）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制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law; rule; system / प्रणाली, नियम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予約制（よやくせい）、制度（せいど）、制限（せいげん）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包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ホウ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つつ・む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conceal; pack up; wrap / बेर्नु, प्याकेट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包み（つつみ）、小包（こづつみ）、包む（つつむ）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卒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graduate; finish / स्नातक हुनु, सकिनु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卒業（そつぎょう）、卒業式（そつぎょうしき）、卒業論文（そつぎょうろんぶん）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289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印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しるし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symbol; seal; stamp / चिन्ह, छाप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印（しるし）、印刷（いんさつ）、印象（いんしょう）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卵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ラン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たまご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egg; ovum / अण्डा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卵（たまご）、生卵（なまたまご）、卵焼き（たまごやき）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30: Kanji 291-300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厚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あつ・い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thick; warm-hearted / बाक्लो, गहिरो / दयालु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厚い（あつい）、厚さ（あつさ）、厚着（あつぎ）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収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シュウ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おさ・まる、おさ・める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income; obtain; supply; store / आम्दानी, संकलन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収める（おさめる）、収入（しゅうにゅう）、収穫（しゅうかく）、吸収（きゅうしゅう）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吹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スイ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ふ・く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blow; breathe; smoke / फुक्नु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吹く（ふく）、吹雪（ふぶき）、吹き込む（ふきこむ）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周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シュウ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まわ・り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circumference / वरिपरि, परिधि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周囲（しゅうい）、周り（まわり）、周辺（しゅうへん）、一周（いっしゅう）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器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うつわ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container; vessel; talent; ability; tool / क्षमता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器用（きよう）、武器（ぶき）、食器（しょっき）、楽器（がっき）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坂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hill; incline; slope / उकालो, ओरालो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坂（さか）、坂道（さかみち）、上り坂（のぼりざか）、下り坂（くだりざか）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夢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ム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ゆめ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dream; vision / सपना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夢中（むちゅう）、夢（ゆめ）、悪夢（あくむ）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婚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marriage / विवाह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婚約（こんやく）、離婚（りこん）、結婚（けっこん）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299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季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seasons / ऋतु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季節（きせつ）、四季（しき）、季語（きご）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寄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よ・せる、よ・る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rely on; entrust to; approach / नजिक जानु, जम्मा हुनु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寄付（きふ）、寄る（よる）、年寄り（としより）、寄せる（よせる）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31: Kanji 301-310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寝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ね・かす、ね・る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lie down; sleep / सुत्नु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寝不足（ねぶそく）、朝寝坊（あさねぼう）、寝坊（ねぼう）、寝る（ねる）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専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もっぱ・ら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exclusive; solely; devote oneself to / विशेष, विशेषज्ञता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専攻（せんこう）、専門分野（せんもんぶんや）、専門家（せんもんか）、専門（せんもん）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居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exist; reside / बस्नु, हुनु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居眠り（いねむり）、芝居（しばい）、居間（いま）、同居（どうきょ）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届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とど・く、とど・ける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arrive; deliver; forward; notify / पुग्नु, पुर्‍याउनु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届く（とどく）、届ける（とどける）、届け出（とどけで）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忙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ボウ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いそが・しい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busy; occupied / व्यस्त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忙しい（いそがしい）、多忙（たぼう）、忙しさ（いそがしさ）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慣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な・らす、な・れる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accustomed to; get used to / बानी पर्नु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慣れる（なれる）、習慣（しゅうかん）、慣習（かんしゅう）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戻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レイ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もど・す、もど・る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return; arrive / फर्कनु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戻す（もどす）、戻る（もどる）、後戻り（あともどり）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払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はら・う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pay; oppose / तिर्नु, हटाउनु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支払い（しはらい）、支払う（しはらう）、払う（はらう）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309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技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ギ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わざ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skill; craft / सीप, कला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技師（ぎし）、演技（えんぎ）、競技（きょうぎ）、技術（ぎじゅつ）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押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オウ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お・さえる、お・す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push; press; hold down; sign / थिच्नु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押し入れ（おしいれ）、押す（おす）、押し付ける（おしつける）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32: Kanji 311-320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招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まね・く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invite; summon / निम्तो दिनु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招く（まねく）、招待（しょうたい）、招待状（しょうたいじょう）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捨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シャ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す・てる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discard; throw away / फ्याँक्नु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捨てる（すてる）、使い捨て（つかいすて）、見捨てる（みすてる）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授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ジュ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さず・かる、さず・ける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impart; instruct / प्रदान गर्नु, सिकाउनु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教授（きょうじゅ）、授業（じゅぎょう）、授ける（さずける）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探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さが・す、さぐ・る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search / खोज्नु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探す（さがす）、探検（たんけん）、探る（さぐる）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接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つ・ぐ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connect; join; meet / जोड्नु, सम्पर्क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直接（ちょくせつ）、接続（せつぞく）、面接（めんせつ）、接する（せっする）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か・える、か・わる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change; interchange / परिवर्तन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交換（こうかん）、乗り換える（のりかえる）、換気（かんき）、転換（てんかん）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星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ショウ、セイ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ほし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star / तारा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星占い（ほしうらない）、衛星（えいせい）、星（ほし）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暖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ダン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あたた・か、あたた・かい、あたた・まる、あたた・める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warmth / न्यानो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温暖（おんだん）、暖房（だんぼう）、暖かい（あたたかい）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319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暮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ボ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く・らす、く・れる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livelihood; make a living; to set (ex. sunset); close / जीवनयापन, साँझ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暮らし（くらし）、暮らす（くらす）、暮れ（くれ）、暮れる（くれる）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査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investigate / जाँच गर्नु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検査（けんさ）、調査（ちょうさ）、審査（しんさ）、捜査（そうさ）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33: Kanji 321-330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根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ね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root / जरा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屋根（やね）、根（ね）、根気（こんき）、大根（だいこん）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植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う・える、う・わる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plant / रोप्नु, बिरुवा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植物（しょくぶつ）、植える（うえる）、植木（うえき）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極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キョク、ゴク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きわ・まる、きわ・み、きわ・める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extreme; very; pole / चरम, अत्यन्त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極（きょく）、積極的（せっきょくてき）、消極的（しょうきょくてき）、極端（きょくたん）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歳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サイ、セイ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age; year; ripen / उमेर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二十歳（はたち）、～歳（～さい）、何歳（なんさい）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比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くら・べる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compare; ratio / तुलना गर्नु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比較（ひかく）、比べる（くらべる）、比例（ひれい）、対比（たいひ）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モウ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け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hair; fur / कपाल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毛布（もうふ）、毛虫（けむし）、髪の毛（かみのけ）、毛（け）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浅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あさ・い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shallow; superficial / उथलो, कम गहिरो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浅い（あさい）、浅黒い（あさぐろい）、遠浅（とおあさ）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浴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あ・びせる、あ・びる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bathe; take a shower / लिनु、नुहाउनु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浴衣（ゆかた）、浴びる（あびる）、入浴（にゅうよく）、海水浴（かいすいよく）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329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混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こ・む、ま・ざる、ま・じる、ま・ぜる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mix; cloud; confuse / मिसाउनु, भीड हुनु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人混み（ひとごみ）、混乱（こんらん）、混雑（こんざつ）、混む（こむ）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ゲン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へ・らす、へ・る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decline; decrease; reduce / घट्नु, घटाउनु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加減（かげん）、減らす（へらす）、減る（へる）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34: Kanji 331-340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渡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わた・す、わた・る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deliver; hand over; pass / पार गर्नु, हस्तान्तरण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渡す（わたす）、渡る（わたる）、手渡す（てわたす）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準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ジュン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standard; preparation; semi- / मापदण्ड, तयारी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水準（すいじゅん）、準備（じゅんび）、基準（きじゅん）、準決勝（じゅんけっしょう）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演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act; performance; play / प्रदर्शन, अभिनय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演奏（えんそう）、演技（えんぎ）、演説（えんぜつ）、講演（こうえん）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煙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けむり、けむ・い、けむ・る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smoke / धुवाँ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煙（けむり）、禁煙（きんえん）、煙突（えんとつ）、喫煙（きつえん）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片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ヘン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かた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fragment; piece; right half / टुक्रा, एकातिर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片手（かたて）、片付ける（かたづける）、片仮名（かたかな）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犯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おか・す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crime; offense / अपराध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犯人（はんにん）、犯罪（はんざい）、犯す（おかす）、防犯（ぼうはん）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状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circumstances; conditions; form / अवस्था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状態（じょうたい）、状況（じょうきょう）、現状（げんじょう）、症状（しょうじょう）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独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ドク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ひと・り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alone; single / एकल、एक्लै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独り（ひとり）、独特（どくとく）、独立（どくりつ）、独身（どくしん）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339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玉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ギョク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たま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jewel; sphere / रत्न, गोलो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玉（たま）、目玉（めだま）、十円玉（じゅうえんだま）、シャボン玉（シャボンだま）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疑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ギ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うたが・う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distrust; doubt; question / शंका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疑う（うたがう）、疑問（ぎもん）、容疑者（ようぎしゃ）、疑い（うたがい）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35: Kanji 341-350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疲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つか・れる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exhausted; tired / थाकेको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疲れ（つかれ）、疲れる（つかれる）、疲労（ひろう）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眠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ミン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ねむ・い、ねむ・る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die; sleep / सुत्नु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居眠り（いねむり）、睡眠（すいみん）、眠い（ねむい）、眠る（ねむる）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破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やぶ・る、やぶ・れる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break; destroy; rip; defeat / च्यात्नु, भत्काउनु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破る（やぶる）、破産（はさん）、破壊（はかい）、突破（とっぱ）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祖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ソ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ancestor; founder / पूर्वज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祖母（そぼ）、祖父（そふ）、先祖（せんぞ）、祖国（そこく）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禁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ban; prohibit; endure / निषेध, रोक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禁止（きんし）、禁煙（きんえん）、厳禁（げんきん）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秒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ビョウ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second / सेकेन्ड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秒（びょう）、秒速（びょうそく）、何秒（なんびょう）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移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うつ・す、うつ・る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move; change; transcribe / परिवर्तन、सर्नु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移す（うつす）、移動（いどう）、移る（うつる）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程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テイ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ほど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rule; law; extent; degree / हद, स्तर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程度（ていど）、程（ほど）、日程（にってい）、過程（かてい）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349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算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abacus; count; calculate / गन्नु、गणना गर्नु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予算（よさん）、計算（けいさん）、算数（さんすう）、暗算（あんざん）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節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セチ、セツ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ふし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knot; joint; knuckle; occasion; chance; punctuation / गाँठो; अवसर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節（ふし）、節約（せつやく）、季節（きせつ）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36: Kanji 351-360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簡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simple; brevity / सरल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簡単（かんたん）、簡易（かんい）、簡単に（かんたんに）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精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ショウ、セイ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purify; refine; spirit; heart; ghost / ऊर्जा, सूक्ष्म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精神（せいしん）、精一杯（せいいっぱい）、精算（せいさん）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糸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いと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string / धागो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糸（いと）、毛糸（けいと）、糸口（いとぐち）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紅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ク、コウ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くれない、べに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crimson / रातो, सिन्दूरी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紅茶（こうちゃ）、口紅（くちべに）、紅葉（こうよう）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絶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ゼツ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た・える、た・つ、た・やす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stand; bear; stop; eradicate; extremely; very / टुटाउनु, रोक्नु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絶対（ぜったい）、絶滅（ぜつめつ）、絶望（ぜつぼう）、気絶（きぜつ）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緒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ショ、チョ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thread; string; connection; beginning / सुरुवात, डोरी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一緒（いっしょ）、一緒に（いっしょに）、内緒（ないしょ）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罪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ザイ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つみ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crime; sin / अपराध, दोष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犯罪（はんざい）、罪（つみ）、無罪（むざい）、有罪（ゆうざい）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署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government office; station; signature / कार्यालय, हस्ताक्षर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署名（しょめい）、警察署（けいさつしょ）、消防署（しょうぼうしょ）、部署（ぶしょ）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359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背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せ、せい、そむ・く、そむ・ける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back; behind; abandon; turn one's back on / ढाड, उचाइ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背が伸びる（せがのびる）、背中（せなか）、背（せい）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能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ノウ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ability; skill / क्षमता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可能（かのう）、才能（さいのう）、有能（ゆうのう）、機能（きのう）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37: Kanji 361-370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裏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リ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うら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reverse; backside; internal / पछाडि, उल्टो भाग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裏切る（うらぎる）、裏（うら）、裏口（うらぐち）、裏側（うらがわ）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規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compass; standard; to correct; measure / नियम, मापदण्ड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規則（きそく）、規模（きぼ）、規定（きてい）、定規（じょうぎ）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訪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ホウ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おとず・れる、たず・ねる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visit; call on / भेट्न जानु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訪問（ほうもん）、訪ねる（たずねる）、訪れる（おとずれる）、来訪（らいほう）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許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ゆる・す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approve; permit / अनुमति दिनु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免許（めんきょ）、許す（ゆるす）、許可（きょか）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誤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ゴ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あやま・る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error; mistake; wrong / गल्ती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誤り（あやまり）、誤解（ごかい）、誤字（ごじ）、誤る（あやまる）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論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ロン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argue; discuss; point of view / तर्क, सिद्धान्त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卒業論文（そつぎょうろんぶん）、理論（りろん）、結論（けつろん）、論文（ろんぶん）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識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 know; record; write down / ज्ञान, पहिचान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常識（じょうしき）、意識（いしき）、知識（ちしき）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財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サイ、ザイ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assets; wealth / सम्पत्ति, धन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財産（ざいさん）、財布（さいふ）、財政（ざいせい）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369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貧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ヒン、ビン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まず・しい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poverty / गरिब, गरिबी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貧しい（まずしい）、貧困（ひんこん）、貧血（ひんけつ）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責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セキ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せ・める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blame; condemn / जिम्मेवारी, दोष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責める（せめる）、責任（せきにん）、責任者（せきにんしゃ）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38: Kanji 371-380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農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ノウ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agriculture / कृषि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農家（のうか）、農業（のうぎょう）、農民（のうみん）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辺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ヘン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あた・り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boundary; border; vicinity / वरपर, छेउ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この辺り（このあたり）、辺り（あたり）、辺（へん）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込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こ・む、こ・める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crowded; included; packed / भीड, भित्र हाल्नु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申し込む（もうしこむ）、込む（こむ）、見込み（みこみ）、込める（こめる）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迷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メイ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まよ・う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 lost; confused; unclear; hesitate / हराउनु, अलमल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迷う（まよう）、迷子（まいご）、迷惑（めいわく）、迷惑メール（めいわくメール）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退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しりぞ・く、しりぞ・ける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withdraw; retreat; retire; repel / पछाडि हट्नु, अवकाश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引退（いんたい）、退屈（たいくつ）、退院（たいいん）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遅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チ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おく・らす、おく・れる、おそ・い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late; slow / ढिलो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遅刻（ちこく）、遅れる（おくれる）、遅い（おそい）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違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ちが・う、ちが・える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differ / फरक, गलत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違い（ちがい）、違いない（ちがいない）、違反（いはん）、間違い（まちがい）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郵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ユウ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(postal) mail / हुलाक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郵便（ゆうびん）、郵便局（ゆうびんきょく）、郵送（ゆうそう）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379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防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ボウ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ふせ・ぐ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defend; resist; surround; rival; equal / रोक्नु, बचाव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予防（よぼう）、消防（しょうぼう）、防ぐ（ふせぐ）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除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ジ、ジョ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のぞ・く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exclude; remove; division (math) / हटाउनु, बाहिर राख्नु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除く（のぞく）、掃除（そうじ）、除外（じょがい）、解除（かいじょ）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39: Kanji 381-390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頂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チョウ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いただき、いただ・く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peak; summit / शिखर, विनम्र रूपमा पाउनु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頂きます（いただきます）、頂上（ちょうじょう）、頂く（いただく）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順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ジュン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obey; follow; well behaved; order; sequence / क्रम, पालो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順（じゅん）、順番（じゅんばん）、順調（じゅんちょう）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預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あず・かる、あず・ける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deposit; entrust / जम्मा राख्नु, सुम्पनु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預ける（あずける）、預かる（あずかる）、預金（よきん）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額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ガク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ひたい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forehead; fixed amount; plaque; sign / टाउको、मात्रा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金額（きんがく）、額（ひたい）、額縁（がくぶち）、総額（そうがく）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骨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ほね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bone / हड्डी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骨（ほね）、骨折（こっせつ）、骨格（こっかく）、背骨（せぼね）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与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ヨ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あた・える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award; bestow; take part in; cooperate / दिनु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与える（あたえる）、給与（きゅうよ）、関与（かんよ）、授与（じゅよ）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久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キュウ、ク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ひさ・しい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long time / लामो समय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永久（えいきゅう）、久しぶり（ひさしぶり）、持久力（じきゅうりょく）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互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ゴ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たが・い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mutually; reciprocally / आपसी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お互い（おたがい）、互い（たがい）、相互（そうご）、交互（こうご）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389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倒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たお・す、たお・れる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knock down; fall; collapse / ढल्नु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倒す（たおす）、面倒（めんどう）、倒れる（たおれる）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偶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グウ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unexpected; accidentally; even number; same kind / संयोगले, जोडी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偶然（ぐうぜん）、偶数（ぐうすう）、配偶者（はいぐうしゃ）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40: Kanji 391-400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到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arrive; attain; invert / पुग्नु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到着（とうちゃく）、到達（とうたつ）、殺到（さっとう）、到底（とうてい）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刺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さ・さる、さ・す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stab; pierce; calling card / घोच्नु, सियो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刺激（しげき）、刺す（さす）、名刺（めいし）、刺身（さしみ）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効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き・く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benefit; efficacy / असर, प्रभाव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効く（きく）、効果（こうか）、効果的（こうかてき）、有効（ゆうこう）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可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can; passable / सम्भव, स्वीकार्य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不可（ふか）、不可能（ふかのう）、可能（かのう）、許可（きょか）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善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ゼン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よ・い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good; virtuous / राम्रो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改善（かいぜん）、善い（よい）、最善（さいぜん）、親善（しんぜん）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均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average; level / औसत, बराबर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平均（へいきん）、均等（きんとう）、均一（きんいつ）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城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しろ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castle / किल्ला, दरबार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城（しろ）、お城（おしろ）、城下町（じょうかまち）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域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level; limit; range / सीमा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地域（ちいき）、区域（くいき）、領域（りょういき）、流域（りゅういき）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399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基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もと、もとい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foundation; basis; be based on / आधार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基づく（もとづく）、基本（きほん）、基礎（きそ）、基準（きじゅん）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士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gentleman; samurai / व्यक्ति (योद्धा / विज्ञ)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博士（はかせ／はくし）、弁護士（べんごし）、紳士（しんし）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41: Kanji 401-410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奥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オウ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interior; all the way inside / भित्री भाग, गहिराइ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奥（おく）、奥さん（おくさん）、奥歯（おくば）、山奥（やまおく）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娘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むすめ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daughter / छोरी, केटी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娘（むすめ）、一人娘（ひとりむすめ）、娘さん（むすめさん）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宝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ホウ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たから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treasure / खजाना, रत्न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宝（たから）、宝くじ（たからくじ）、宝石（ほうせき）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導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ドウ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みちび・く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guide; lead / मार्गदर्शन गर्नु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指導（しどう）、指導員（しどういん）、導く（みちびく）、誘導（ゆうどう）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布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ぬの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cloth / कपडा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布（ぬの）、毛布（もうふ）、布団（ふとん）、財布（さいふ）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張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チョウ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stretch; spread; play (string instrument) / तन्काउनु, फैलाउनु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主張（しゅちょう）、引っ張る（ひっぱる）、緊張（きんちょう）、頑張る（がんばる）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彼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ヒ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かの、かれ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he / उनी, त्यो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彼（かれ）、彼ら（かれら）、彼女（かのじょ）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怒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ド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いか・る、おこ・る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to become angry / रिसाउनु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怒る（おこる）、怒り（いかり）、怒鳴る（どなる）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409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怖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こわ・い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 frightened; afraid / डरलाग्दो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恐怖（きょうふ）、怖い（こわい）、怖がる（こわがる）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恐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おそ・れる、おそ・ろしい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fear; awe / डर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恐れる（おそれる）、恐ろしい（おそろしい）、恐怖（きょうふ）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42: Kanji 411-420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恥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チ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はじ、は・じらう、は・じる、は・ずかしい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dishonor / लाज, शर्म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恥ずかしい（はずかしい）、恥（はじ）、恥をかく（はじをかく）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抱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ホウ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いだ・く、かか・える、だ・く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embrace; hold / अँगाल्नु, समात्नु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抱える（かかえる）、抱く（いだく、だく）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普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フ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widely; generally; universally / सबै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普段（ふだん）、普通（ふつう）、普及（ふきゅう）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更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さら、ふ・かす、ふ・ける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change; renew; furthermore / नवीकरण, फेरि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変更（へんこう）、更に（さらに）、更新（こうしん）、夜更かし（よふかし）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替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タイ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か・える、か・わる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exchange; substitute / परिवर्तन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両替（りょうがえ）、替える（かえる）、取り替える（とりかえる）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机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キ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つくえ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desk; table / डेस्क, टेबल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机（つくえ）、学習机（がくしゅうづくえ）、机上（きじょう）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杯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さかずき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counter for cups, glasses / कप, प्याला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～杯（～はい）、乾杯（かんぱい）、満杯（まんぱい）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松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まつ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pine tree / सल्लाको रूख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松（まつ）、松林（まつばやし）、門松（かどまつ）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419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汗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あせ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sweat / पसिना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汗（あせ）、汗だく（あせだく）、冷や汗（ひやあせ）、発汗（はっかん）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汚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オ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きたな・い、けが・す、けが・らわしい、けが・れる、よご・す、よご・れる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dirty; pollute; disgrace / फोहोर, मैलो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汚染（おせん）、汚れる（よごれる）、汚い（きたない）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43: Kanji 421-430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泊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と・まる、と・める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overnight stay / रात बिताउनु, बसाइ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宿泊（しゅくはく）、泊まる（とまる）、泊める（とめる）、一泊（いっぱく）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津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harbor; soak; spill; soup; bodily fluid / बन्दरगाह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津波（つなみ）、大津波（おおつなみ）、津（つ）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涙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ルイ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なみだ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tears / आँसु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涙（なみだ）、涙声（なみだごえ）、うれし涙（うれしなみだ）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燃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ネン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も・える、も・す、も・やす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blaze; burn; glow / जल्नु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燃える（もえる）、燃やす（もやす）、燃料（ねんりょう）、可燃（かねん）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猫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ビョウ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ねこ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cat / बिरालो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猫（ねこ）、子猫（こねこ）、猫舌（ねこじた）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異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こと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different; uncommon / फरक हुनु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異なる（ことなる）、異常（いじょう）、異文化（いぶんか）、異議（いぎ）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皆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みな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all; everything; everyone / सबै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皆（みな）、皆さん（みなさん）、皆様（みなさま）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盗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ぬす・む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steal / चोर्नु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強盗（ごうとう）、盗む（ぬすむ）、盗難（とうなん）、盗作（とうさく）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429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突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つ・く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collide; sudden / ठोक्नु, छेड्नु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突然（とつぜん）、衝突（しょうとつ）、突く（つく）、突破（とっぱ）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絡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ラク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から・まる、から・む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entwine; coil around; connect; logical thread / जोडिनु, सम्पर्क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連絡（れんらく）、絡む（からむ）、絡まる（からまる）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44: Kanji 431-440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10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舞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ブ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まい、ま・う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dance; encourage / नाच्नु, नृत्य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舞台（ぶたい）、お見舞い（おみまい）、舞う（まう）、見舞い（みまい）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薄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うす・い、うす・まる、うす・める、うす・らぐ、うす・れる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thin; weak; light (taste) / पातलो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薄い（うすい）、薄着（うすぎ）、薄暗い（うすぐらい）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街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カイ、ガイ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まち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street; town / सडक, बजार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商店街（しょうてんがい）、街（まち）、街角（まちかど）、住宅街（じゅうたくがい）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講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コウ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lecture; talk; course / व्याख्यान, कक्षा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講義（こうぎ）、講演（こうえん）、講堂（こうどう）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豆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ズ、トウ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まめ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bean / सिमी, गेडागुडी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納豆（なっとう）、豆（まめ）、豆腐（とうふ）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越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エツ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こ・える、こ・す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exceed; surpass / पार गर्नु, नाघ्नु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引っ越し（ひっこし）、越える（こえる）、越す（こす）、引っ越す（ひっこす）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437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迎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ゲイ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むか・える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greet; welcome / स्वागत गर्नु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歓迎（かんげい）、迎え（むかえ）、迎える（むかえる）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438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述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ジュツ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の・べる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mention; relate; speak; state / उल्लेख गर्नु, बताउनु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述べる（のべる）、記述（きじゅつ）、口述（こうじゅつ）、述語（じゅつご）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439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逃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トウ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に・がす、に・げる、のが・す、のが・れる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escape; evade; set free / भाग्नु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逃げる（にげる）、逃す（のがす）、逃亡（とうぼう）、見逃す（みのがす）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440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逆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ギャク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さか、さか・らう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opposite; reversed / उल्टो, विपरीत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逆（ぎゃく）、逆らう（さからう）、逆効果（ぎゃくこうか）、逆転（ぎゃくてん）</w:t>
            </w:r>
          </w:p>
        </w:tc>
      </w:tr>
    </w:tbl>
    <w:p>
      <w:r>
        <w:br w:type="page"/>
      </w:r>
    </w:p>
    <w:p>
      <w:pPr>
        <w:spacing w:after="60"/>
        <w:jc w:val="left"/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28"/>
        </w:rPr>
        <w:t>Day 45: Kanji 441-446</w:t>
      </w:r>
    </w:p>
    <w:p>
      <w:pPr>
        <w:spacing w:after="120"/>
      </w:pPr>
      <w:r>
        <w:rPr>
          <w:rFonts w:ascii="Noto Sans" w:hAnsi="Noto Sans" w:eastAsia="Noto Sans CJK JP" w:cs="Noto Sans Devanagari"/>
          <w:b/>
          <w:color w:val="4A4A4A"/>
          <w:sz w:val="17"/>
        </w:rPr>
        <w:t xml:space="preserve">Target: 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>6 kanji</w:t>
      </w:r>
      <w:r>
        <w:rPr>
          <w:rFonts w:ascii="Noto Sans" w:hAnsi="Noto Sans" w:eastAsia="Noto Sans CJK JP" w:cs="Noto Sans Devanagari"/>
          <w:b w:val="0"/>
          <w:color w:val="4A4A4A"/>
          <w:sz w:val="17"/>
        </w:rPr>
        <w:t xml:space="preserve">   |   Practice: read aloud + write 5 times + memorize key words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6DDE2"/>
          <w:left w:val="single" w:sz="4" w:space="0" w:color="D6DDE2"/>
          <w:bottom w:val="single" w:sz="4" w:space="0" w:color="D6DDE2"/>
          <w:right w:val="single" w:sz="4" w:space="0" w:color="D6DDE2"/>
          <w:insideH w:val="single" w:sz="4" w:space="0" w:color="D6DDE2"/>
          <w:insideV w:val="single" w:sz="4" w:space="0" w:color="D6DDE2"/>
        </w:tblBorders>
      </w:tblPr>
      <w:tblGrid>
        <w:gridCol w:w="2594"/>
        <w:gridCol w:w="2594"/>
        <w:gridCol w:w="2594"/>
        <w:gridCol w:w="2594"/>
      </w:tblGrid>
      <w:tr>
        <w:trPr>
          <w:tblHeader w:val="true"/>
        </w:trPr>
        <w:tc>
          <w:tcPr>
            <w:tcW w:type="dxa" w:w="12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No.</w:t>
              <w:br/>
              <w:t>漢字</w:t>
            </w:r>
          </w:p>
        </w:tc>
        <w:tc>
          <w:tcPr>
            <w:tcW w:type="dxa" w:w="2088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Readings</w:t>
              <w:br/>
              <w:t>音・訓</w:t>
            </w:r>
          </w:p>
        </w:tc>
        <w:tc>
          <w:tcPr>
            <w:tcW w:type="dxa" w:w="2951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Meaning</w:t>
              <w:br/>
              <w:t>EN / नेपाली</w:t>
            </w:r>
          </w:p>
        </w:tc>
        <w:tc>
          <w:tcPr>
            <w:tcW w:type="dxa" w:w="4824"/>
            <w:shd w:fill="173B57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 w:before="0" w:line="252" w:lineRule="auto"/>
              <w:jc w:val="center"/>
            </w:pPr>
            <w:r/>
            <w:r>
              <w:rPr>
                <w:rFonts w:ascii="Noto Sans" w:hAnsi="Noto Sans" w:eastAsia="Noto Sans CJK JP" w:cs="Noto Sans Devanagari"/>
                <w:b/>
                <w:color w:val="FFFFFF"/>
                <w:sz w:val="17"/>
              </w:rPr>
              <w:t>Useful Words</w:t>
              <w:br/>
              <w:t>言葉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441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途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ト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road; path / बाटो, मार्ग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途中（とちゅう）、途端（とたん）、用途（ようと）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442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震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シン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ふる・う、ふる・える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shake; tremble / हल्लिनु, कम्पन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震える（ふるえる）、地震（じしん）、震度（しんど）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443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靴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くつ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shoes / जुत्ता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靴（くつ）、靴下（くつした）、靴屋（くつや）、革靴（かわぐつ）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444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頼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ライ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たの・む、たの・もしい、たよ・る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request; rely on; trust / अनुरोध, भरोसा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依頼（いらい）、信頼（しんらい）、信頼関係（しんらいかんけい）、頼る（たよる）</w:t>
            </w:r>
          </w:p>
        </w:tc>
      </w:tr>
      <w:tr>
        <w:trPr>
          <w:cantSplit/>
        </w:trPr>
        <w:tc>
          <w:tcPr>
            <w:tcW w:type="dxa" w:w="12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445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髪</w:t>
            </w:r>
          </w:p>
        </w:tc>
        <w:tc>
          <w:tcPr>
            <w:tcW w:type="dxa" w:w="2088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ハツ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かみ</w:t>
            </w:r>
          </w:p>
        </w:tc>
        <w:tc>
          <w:tcPr>
            <w:tcW w:type="dxa" w:w="2951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hair (on the head) / कपाल</w:t>
            </w:r>
          </w:p>
        </w:tc>
        <w:tc>
          <w:tcPr>
            <w:tcW w:type="dxa" w:w="4824"/>
            <w:shd w:fill="FFFFFF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髪の毛（かみのけ）、髪型（かみがた）、髪（かみ）</w:t>
            </w:r>
          </w:p>
        </w:tc>
      </w:tr>
      <w:tr>
        <w:trPr>
          <w:cantSplit/>
        </w:trPr>
        <w:tc>
          <w:tcPr>
            <w:tcW w:type="dxa" w:w="12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Noto Sans" w:hAnsi="Noto Sans" w:eastAsia="Noto Sans CJK JP" w:cs="Noto Sans Devanagari"/>
                <w:b w:val="0"/>
                <w:color w:val="4A4A4A"/>
                <w:sz w:val="15"/>
              </w:rPr>
              <w:t>446</w:t>
            </w:r>
          </w:p>
          <w:p>
            <w:pPr>
              <w:spacing w:before="20" w:after="0"/>
              <w:jc w:val="center"/>
            </w:pPr>
            <w:r>
              <w:rPr>
                <w:rFonts w:ascii="Noto Sans CJK JP" w:hAnsi="Noto Sans CJK JP" w:eastAsia="Noto Sans CJK JP" w:cs="Noto Sans Devanagari"/>
                <w:b/>
                <w:color w:val="173B57"/>
                <w:sz w:val="44"/>
              </w:rPr>
              <w:t>齢</w:t>
            </w:r>
          </w:p>
        </w:tc>
        <w:tc>
          <w:tcPr>
            <w:tcW w:type="dxa" w:w="2088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/>
            </w:pPr>
            <w:r/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音: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レイ</w:t>
            </w:r>
          </w:p>
          <w:p>
            <w:pPr>
              <w:spacing w:after="0"/>
            </w:pPr>
            <w:r>
              <w:rPr>
                <w:rFonts w:ascii="Noto Sans" w:hAnsi="Noto Sans" w:eastAsia="Noto Sans CJK JP" w:cs="Noto Sans Devanagari"/>
                <w:b/>
                <w:color w:val="173B57"/>
                <w:sz w:val="17"/>
              </w:rPr>
              <w:t xml:space="preserve">訓: </w:t>
            </w:r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7"/>
              </w:rPr>
              <w:t>-</w:t>
            </w:r>
          </w:p>
        </w:tc>
        <w:tc>
          <w:tcPr>
            <w:tcW w:type="dxa" w:w="2951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Devanagari" w:hAnsi="Noto Sans Devanagari" w:eastAsia="Noto Sans CJK JP" w:cs="Noto Sans Devanagari"/>
                <w:b w:val="0"/>
                <w:color w:val="222222"/>
                <w:sz w:val="16"/>
              </w:rPr>
              <w:t>age / उमेर</w:t>
            </w:r>
          </w:p>
        </w:tc>
        <w:tc>
          <w:tcPr>
            <w:tcW w:type="dxa" w:w="4824"/>
            <w:shd w:fill="F7F9FA"/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JP" w:hAnsi="Noto Sans CJK JP" w:eastAsia="Noto Sans CJK JP" w:cs="Noto Sans Devanagari"/>
                <w:b w:val="0"/>
                <w:color w:val="222222"/>
                <w:sz w:val="16"/>
              </w:rPr>
              <w:t>年齢（ねんれい）、高齢（こうれい）、老齢（ろうれい）、適齢期（てきれいき）</w:t>
            </w:r>
          </w:p>
        </w:tc>
      </w:tr>
    </w:tbl>
    <w:p>
      <w:r>
        <w:br w:type="page"/>
      </w:r>
    </w:p>
    <w:p>
      <w:pPr>
        <w:pBdr>
          <w:bottom w:val="single" w:sz="12" w:space="1" w:color="2F6F8F"/>
        </w:pBdr>
      </w:pPr>
      <w:r>
        <w:rPr>
          <w:rFonts w:ascii="Noto Sans" w:hAnsi="Noto Sans" w:eastAsia="Noto Sans CJK JP" w:cs="Noto Sans Devanagari"/>
          <w:b/>
          <w:color w:val="173B57"/>
          <w:sz w:val="32"/>
        </w:rPr>
        <w:t>Final Review Checklist</w:t>
      </w:r>
    </w:p>
    <w:p>
      <w:r>
        <w:rPr>
          <w:rFonts w:ascii="Noto Sans" w:hAnsi="Noto Sans" w:eastAsia="Noto Sans CJK JP" w:cs="Noto Sans Devanagari"/>
          <w:b w:val="0"/>
          <w:color w:val="173B57"/>
          <w:sz w:val="22"/>
        </w:rPr>
        <w:t xml:space="preserve">□ </w:t>
      </w:r>
      <w:r>
        <w:rPr>
          <w:rFonts w:ascii="Noto Sans" w:hAnsi="Noto Sans" w:eastAsia="Noto Sans CJK JP" w:cs="Noto Sans Devanagari"/>
          <w:b w:val="0"/>
          <w:color w:val="222222"/>
          <w:sz w:val="19"/>
        </w:rPr>
        <w:t>I can read the main 音読み and 訓読み without looking.</w:t>
      </w:r>
    </w:p>
    <w:p>
      <w:r>
        <w:rPr>
          <w:rFonts w:ascii="Noto Sans" w:hAnsi="Noto Sans" w:eastAsia="Noto Sans CJK JP" w:cs="Noto Sans Devanagari"/>
          <w:b w:val="0"/>
          <w:color w:val="173B57"/>
          <w:sz w:val="22"/>
        </w:rPr>
        <w:t xml:space="preserve">□ </w:t>
      </w:r>
      <w:r>
        <w:rPr>
          <w:rFonts w:ascii="Noto Sans" w:hAnsi="Noto Sans" w:eastAsia="Noto Sans CJK JP" w:cs="Noto Sans Devanagari"/>
          <w:b w:val="0"/>
          <w:color w:val="222222"/>
          <w:sz w:val="19"/>
        </w:rPr>
        <w:t>I can recognize each kanji inside real JLPT-style words.</w:t>
      </w:r>
    </w:p>
    <w:p>
      <w:r>
        <w:rPr>
          <w:rFonts w:ascii="Noto Sans" w:hAnsi="Noto Sans" w:eastAsia="Noto Sans CJK JP" w:cs="Noto Sans Devanagari"/>
          <w:b w:val="0"/>
          <w:color w:val="173B57"/>
          <w:sz w:val="22"/>
        </w:rPr>
        <w:t xml:space="preserve">□ </w:t>
      </w:r>
      <w:r>
        <w:rPr>
          <w:rFonts w:ascii="Noto Sans" w:hAnsi="Noto Sans" w:eastAsia="Noto Sans CJK JP" w:cs="Noto Sans Devanagari"/>
          <w:b w:val="0"/>
          <w:color w:val="222222"/>
          <w:sz w:val="19"/>
        </w:rPr>
        <w:t>I reviewed weak kanji three times: after 1 day, 3 days, and 7 days.</w:t>
      </w:r>
    </w:p>
    <w:p>
      <w:r>
        <w:rPr>
          <w:rFonts w:ascii="Noto Sans" w:hAnsi="Noto Sans" w:eastAsia="Noto Sans CJK JP" w:cs="Noto Sans Devanagari"/>
          <w:b w:val="0"/>
          <w:color w:val="173B57"/>
          <w:sz w:val="22"/>
        </w:rPr>
        <w:t xml:space="preserve">□ </w:t>
      </w:r>
      <w:r>
        <w:rPr>
          <w:rFonts w:ascii="Noto Sans" w:hAnsi="Noto Sans" w:eastAsia="Noto Sans CJK JP" w:cs="Noto Sans Devanagari"/>
          <w:b w:val="0"/>
          <w:color w:val="222222"/>
          <w:sz w:val="19"/>
        </w:rPr>
        <w:t>I practiced words, not only single kanji.</w:t>
      </w:r>
    </w:p>
    <w:sectPr>
      <w:headerReference w:type="default" r:id="rId9"/>
      <w:footerReference w:type="default" r:id="rId10"/>
      <w:pgSz w:w="11906" w:h="16838"/>
      <w:pgMar w:top="765" w:right="765" w:bottom="765" w:left="765" w:header="283" w:footer="28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Noto Sans" w:hAnsi="Noto Sans" w:eastAsia="Noto Sans CJK JP" w:cs="Noto Sans Devanagari"/>
        <w:color w:val="4A4A4A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Noto Sans" w:hAnsi="Noto Sans" w:eastAsia="Noto Sans CJK JP" w:cs="Noto Sans Devanagari"/>
        <w:b w:val="0"/>
        <w:color w:val="4A4A4A"/>
        <w:sz w:val="17"/>
      </w:rPr>
      <w:t>JLPT N3 Kanji 446 | 45-Day Study Plan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 w:eastAsia="Noto Sans CJK JP" w:cs="Noto Sans Devanaga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" w:hAnsi="Noto Sans" w:eastAsia="Noto Sans CJK JP" w:cs="Noto Sans Devanagari"/>
      <w:b/>
      <w:bCs/>
      <w:color w:val="173B5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" w:hAnsi="Noto Sans" w:eastAsia="Noto Sans CJK JP" w:cs="Noto Sans Devanagari"/>
      <w:b/>
      <w:bCs/>
      <w:color w:val="173B5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" w:hAnsi="Noto Sans" w:eastAsia="Noto Sans CJK JP" w:cs="Noto Sans Devanagari"/>
      <w:b/>
      <w:bCs/>
      <w:color w:val="173B5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